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center"/>
      </w:pPr>
      <w:r>
        <w:rPr>
          <w:rFonts w:ascii="Arial" w:hAnsi="Arial" w:cs="Arial"/>
          <w:b/>
          <w:color w:val="B8435F"/>
          <w:sz w:val="40"/>
          <w:rtl w:val="1"/>
          <w:bCs/>
          <w:szCs w:val="40"/>
        </w:rPr>
        <w:t>כרטיסי „מסע כתיבה“ – 3 רמות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מדריך 4 · גרסת נייר של האפליקציה. כל תלמיד בוחר נושא ורמה, ועובר את התחנות: רעיונות ← פתיחה ← מבנה ← שפה ← כתיבה ← בדיקה.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2"/>
                <w:rtl w:val="1"/>
                <w:bCs/>
                <w:szCs w:val="22"/>
              </w:rPr>
              <w:t>תחנה</w:t>
            </w:r>
          </w:p>
        </w:tc>
        <w:tc>
          <w:tcPr>
            <w:tcW w:type="dxa" w:w="493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2"/>
                <w:rtl w:val="1"/>
                <w:bCs/>
                <w:szCs w:val="22"/>
              </w:rPr>
              <w:t>מה עושים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1. רעיונות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עונים על השאלות המכוונות ובוחרים רעיון אחד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2. פתיחה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בוחרים פתיחה מהכרטיס או כותבים פתיחה משלכם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3. מבנה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כותבים לפי שלושת החלקים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4. שפה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משלבים מילות קישור ומילים מהבנק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5. כתיבה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כותבים טיוטה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6. בדיקה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מסמנים את רשימת הבדיקה של הרמה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center"/>
      </w:pPr>
      <w:r>
        <w:rPr>
          <w:rFonts w:ascii="Arial" w:hAnsi="Arial" w:cs="Arial"/>
          <w:b/>
          <w:color w:val="B8435F"/>
          <w:sz w:val="40"/>
          <w:rtl w:val="1"/>
          <w:bCs/>
          <w:szCs w:val="40"/>
        </w:rPr>
        <w:t>רגע שבו הייתי אמיץ/ה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סיפור אישי · חוסן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שאלות שיעזרו לחשוב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מתי הרגשת שקשה לך – אבל עשית את זה בכל זאת?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איפה זה קרה? מי היה שם?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מה הרגשת לפני, בזמן ואחרי?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מה למדת על עצמך?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רעיונות: פעם ראשונה בבית ספר חדש · להופיע מול הכיתה · לבקש סליחה · לנסות ספורט חדש · לעזור למישהו שנפגע · להגיד „לא“ לחברים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מבנה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1. פתיחה: מתי ואיפה זה קרה? מה היה המצב?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2. אמצע: מה היה הקושי? מה הרגשת? מה עשית?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3. סיום: איך זה נגמר? מה למדת על עצמך?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פשוט</w:t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בינוני</w:t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מתקדם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פתיחות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„אני זוכר/ת את היום שבו פחדתי מאוד.“</w:t>
              <w:br/>
              <w:t>„זה היה יום רגיל, עד ש…“</w:t>
              <w:br/>
              <w:t>„פעם אחת עשיתי משהו קשה.“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„הלב שלי דפק מהר כשהבנתי שעכשיו תורי.“</w:t>
              <w:br/>
              <w:t>„תמיד חשבתי שאני לא מסוגל/ת, אבל באותו יום הכול השתנה.“</w:t>
              <w:br/>
              <w:t>„יש רגעים קטנים שנשארים איתנו הרבה זמן – וזה אחד מהם.“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„„אתה בטוח שאתה רוצה לעשות את זה?“ שאלה המורה, ורק אז הבנתי כמה רגליי רועדות.“</w:t>
              <w:br/>
              <w:t>„אומרים שאומץ הוא לא היעדר פחד, אלא פעולה למרות הפחד; אני גיליתי זאת בגיל שתים עשרה.“</w:t>
              <w:br/>
              <w:t>„עד אותו בוקר הייתי בטוח/ה שאני מכיר/ה את עצמי היטב.“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מילות קישור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וגם, אבל, כי, אחר כך, בסוף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בנוסף, לכן, למרות ש, בגלל ש, לפני ש, לבסוף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יתרה מזאת, אף על פי ש, כתוצאה מכך, לעומת זאת, מצד אחד… מצד שני, לסיכום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בנק מילים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פחד, לב, חבר, לנסות, הצלחתי, גאה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התרגשות, התלבטתי, אזרתי אומץ, הקלה, תמיכה, התגברתי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חשש, נחישות, צעד אחר צעד, תחושת מסוגלות, התמודדות, תובנה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משפטי דוגמה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פחדתי, אבל ניסיתי.</w:t>
              <w:br/>
              <w:t>חבר שלי עזר לי.</w:t>
              <w:br/>
              <w:t>בסוף הרגשתי גאה.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למרות שהידיים שלי רעדו, התחלתי לדבר.</w:t>
              <w:br/>
              <w:t>בגלל שהחברים עודדו אותי, החלטתי לנסות שוב.</w:t>
              <w:br/>
              <w:t>כשסיימתי, הרגשתי הקלה גדולה.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אף על פי שהקול שלי רעד, המשכתי לקרוא, ומילה אחר מילה הפחד התחיל להתפוגג.</w:t>
              <w:br/>
              <w:t>מצד אחד רציתי לברוח, ומצד שני ידעתי שאם אוותר עכשיו – אתחרט.</w:t>
              <w:br/>
              <w:t>כתוצאה מאותו רגע הבנתי שאומץ הוא שריר: ככל שמשתמשים בו, הוא מתחזק.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center"/>
      </w:pPr>
      <w:r>
        <w:rPr>
          <w:rFonts w:ascii="Arial" w:hAnsi="Arial" w:cs="Arial"/>
          <w:b/>
          <w:color w:val="B8435F"/>
          <w:sz w:val="40"/>
          <w:rtl w:val="1"/>
          <w:bCs/>
          <w:szCs w:val="40"/>
        </w:rPr>
        <w:t>מכתב לתלמיד/ה שעלה/תה עכשיו לארץ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מכתב · עולים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שאלות שיעזרו לחשוב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מה היה עוזר לך ביום הראשון בבית ספר חדש?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מה כדאי לדעת על בית הספר שלנו?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איזה מקום או פעילות שווה להכיר?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איך אפשר להזמין אותו/ה להצטרף?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רעיונות: איפה נמצאים המקומות החשובים · מילים שימושיות בעברית · מה עושים בהפסקה · חוג או פעילות אחרי בית הספר · מתי אפשר לבקש עזרה · הזמנה לשבת יחד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מבנה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1. פתיחה: פנייה וברכה, מי אני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2. גוף המכתב: מידע ועצות – בית הספר, הכיתה, ההפסקה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3. סיום: הזמנה, איחול וחתימה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פשוט</w:t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בינוני</w:t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מתקדם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פתיחות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„שלום, אני רוצה לכתוב לך מכתב.“</w:t>
              <w:br/>
              <w:t>„ברוך הבא / ברוכה הבאה לכיתה שלנו!“</w:t>
              <w:br/>
              <w:t>„שמחתי לשמוע שהצטרפת אלינו.“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„שלום וברוך הבא! אני יודע/ת שהימים הראשונים יכולים להיות מבלבלים.“</w:t>
              <w:br/>
              <w:t>„אני כותב/ת לך כי גם אני הייתי פעם חדש/ה.“</w:t>
              <w:br/>
              <w:t>„רציתי לספר לך כמה דברים שיעזרו לך להרגיש בבית.“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„כשמגיעים למקום חדש, כל מסדרון נראה כמו מבוך – ולכן החלטתי לשרטט לך מפה קטנה במילים.“</w:t>
              <w:br/>
              <w:t>„אולי עדיין לא כל המילים מוכרות לך, אבל דבר אחד בטוח: לא תהיה/י כאן לבד.“</w:t>
              <w:br/>
              <w:t>„יש מי שאומרים ש„כל התחלה קשה“; אני רוצה להראות לך שהיא יכולה להיות גם מרגשת.“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מילות קישור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וגם, אבל, כי, אחר כך, בסוף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בנוסף, לכן, למרות ש, בגלל ש, לפני ש, לבסוף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יתרה מזאת, אף על פי ש, כתוצאה מכך, לעומת זאת, מצד אחד… מצד שני, לסיכום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בנק מילים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שלום, כיתה, הפסקה, עזרה, חבר, ברוך הבא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להכיר, מומלץ, אל תהסס/י, מזכירות, חוג, לשמחתי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להשתלב, לא מובן מאליו, תחושת שייכות, סבלנות, הזדמנות, אני מאמין/ה ש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משפטי דוגמה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בהפסקה אנחנו משחקים בחצר.</w:t>
              <w:br/>
              <w:t>אפשר לשבת לידי.</w:t>
              <w:br/>
              <w:t>אם קשה לך, תגיד/י לי.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בנוסף, כדאי להכיר את הספרנית, כי היא תמיד עוזרת.</w:t>
              <w:br/>
              <w:t>אל תהסס/י לשאול – כולנו היינו חדשים פעם.</w:t>
              <w:br/>
              <w:t>לכן הכנתי לך רשימה של מילים שימושיות.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יתרה מזאת, בית הספר שלנו מלא באנשים שמחכים להכיר אותך – רק צריך לתת להם הזדמנות.</w:t>
              <w:br/>
              <w:t>אף על פי שהשפה עדיין חדשה לך, חיוך הוא שפה שכולם מבינים.</w:t>
              <w:br/>
              <w:t>אני בטוח/ה שבעוד כמה חודשים גם את/ה תכתוב/י מכתב כזה לתלמיד/ה חדש/ה.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center"/>
      </w:pPr>
      <w:r>
        <w:rPr>
          <w:rFonts w:ascii="Arial" w:hAnsi="Arial" w:cs="Arial"/>
          <w:b/>
          <w:color w:val="B8435F"/>
          <w:sz w:val="40"/>
          <w:rtl w:val="1"/>
          <w:bCs/>
          <w:szCs w:val="40"/>
        </w:rPr>
        <w:t>מקום בעולם שהייתי רוצה לבקר בו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תיאור ונימוק · גיאוגרפיה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שאלות שיעזרו לחשוב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איזה מקום בעולם מסקרן אותך? למה?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איפה הוא נמצא – יבשת, אקלים, נוף?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מה הייתי רואה, שומע/ת ומרגיש/ה שם?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מה הייתי רוצה ללמוד שם?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רעיונות: מדבר עם דיונות · אי טרופי · עיר גדולה ועתיקה · הרים מושלגים · יער גשם · מקום שהמשפחה שלי הגיעה ממנו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מבנה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1. פתיחה: איזה מקום ולמה הוא מסקרן אותי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2. אמצע: תיאור – איפה הוא נמצא, אקלים, נוף, אנשים ותרבות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3. סיום: מה הייתי עושה שם ומה הייתי לומד/ת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פשוט</w:t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בינוני</w:t>
            </w:r>
          </w:p>
        </w:tc>
        <w:tc>
          <w:tcPr>
            <w:tcW w:type="dxa" w:w="2466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19"/>
                <w:rtl w:val="1"/>
                <w:bCs/>
                <w:szCs w:val="19"/>
              </w:rPr>
              <w:t>מתקדם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פתיחות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„המקום שאני רוצה לבקר בו הוא…“</w:t>
              <w:br/>
              <w:t>„אני חולם/ת לנסוע ל…“</w:t>
              <w:br/>
              <w:t>„יש מקום אחד בעולם שמסקרן אותי.“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„כשאני מסתכל/ת על מפת העולם, העיניים שלי תמיד נעצרות על מקום אחד.“</w:t>
              <w:br/>
              <w:t>„תארו לעצמכם מקום שבו…“</w:t>
              <w:br/>
              <w:t>„אם הייתי יכול/ה לטוס מחר לכל מקום, הייתי בוחר/ת ב…“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„יש מקומות שקוראים להם „קצה העולם“ – ודווקא שם אני רוצה לעמוד.“</w:t>
              <w:br/>
              <w:t>„בין הקווים הכחולים והירוקים של האטלס מסתתר מקום שאני מכיר/ה רק מתמונות.“</w:t>
              <w:br/>
              <w:t>„מה גורם למקום רחוק להרגיש קרוב? אצלי זה התחיל בסיפור ששמעתי מסבא.“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מילות קישור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וגם, אבל, כי, אחר כך, בסוף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בנוסף, לכן, למרות ש, בגלל ש, לפני ש, לבסוף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יתרה מזאת, אף על פי ש, כתוצאה מכך, לעומת זאת, מצד אחד… מצד שני, לסיכום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בנק מילים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ים, הר, חם, קר, יפה, לטייל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אקלים, נוף, יבשת, תרבות, מסורת, מסקרן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מגוון, ייחודי, טבע פראי, מורשת, השפעה, חוויה מעשירה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משפטי דוגמה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המקום נמצא באפריקה.</w:t>
              <w:br/>
              <w:t>שם חם מאוד בקיץ.</w:t>
              <w:br/>
              <w:t>אני רוצה לראות את הים.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המקום נמצא בצפון אירופה, ולכן החורף שם ארוך וקר.</w:t>
              <w:br/>
              <w:t>בנוסף לנוף, מעניין אותי להכיר את המסורת של התושבים.</w:t>
              <w:br/>
              <w:t>הייתי רוצה לבקר שם כי הטבע שם שונה מאוד מהטבע בארץ.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19"/>
                <w:rtl w:val="1"/>
                <w:szCs w:val="19"/>
              </w:rPr>
              <w:t>לעומת הקיץ הלח בארץ, האקלים שם יבש וקריר, וההבדל הזה משפיע על כל תחום בחיים – מהבתים ועד האוכל.</w:t>
              <w:br/>
              <w:t>מצד אחד המקום רחוק ושונה, ומצד שני גם שם אנשים מחפשים בית, קהילה ושייכות.</w:t>
              <w:br/>
              <w:t>לסיכום, ביקור כזה לא היה רק טיול – אלא שיעור חי בגיאוגרפיה ובתרבות.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center"/>
      </w:pPr>
      <w:r>
        <w:rPr>
          <w:rFonts w:ascii="Arial" w:hAnsi="Arial" w:cs="Arial"/>
          <w:b/>
          <w:color w:val="B8435F"/>
          <w:sz w:val="40"/>
          <w:rtl w:val="1"/>
          <w:bCs/>
          <w:szCs w:val="40"/>
        </w:rPr>
        <w:t>רשימות בדיקה לפי רמה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B8435F"/>
          <w:sz w:val="30"/>
          <w:rtl w:val="1"/>
          <w:bCs/>
          <w:szCs w:val="30"/>
        </w:rPr>
        <w:t>פשוט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כתבתי לפחות 5 משפטים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יש פתיחה וסוף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כל משפט מתחיל באות ומסתיים בנקודה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השתמשתי ב-2 מילים מבנק המילים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B8435F"/>
          <w:sz w:val="30"/>
          <w:rtl w:val="1"/>
          <w:bCs/>
          <w:szCs w:val="30"/>
        </w:rPr>
        <w:t>בינוני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כתבתי 3 פסקאות: פתיחה, אמצע, סיום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השתמשתי ב-3 מילות קישור שונות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יש לפחות תיאור אחד של רגש או מקום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קראתי שוב ותיקנתי כתיב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B8435F"/>
          <w:sz w:val="30"/>
          <w:rtl w:val="1"/>
          <w:bCs/>
          <w:szCs w:val="30"/>
        </w:rPr>
        <w:t>מתקדם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יש פתיחה מושכת שגורמת לרצות להמשיך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גיוונתי מילות קישור ולא חזרתי על מילים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הוספתי מחשבה, תובנה או נקודת מבט נוספת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הסיום סוגר מעגל עם הפתיחה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קראתי בקול ושיפרתי משפט אחד לפחות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B8435F"/>
          <w:sz w:val="30"/>
          <w:rtl w:val="1"/>
          <w:bCs/>
          <w:szCs w:val="30"/>
        </w:rPr>
        <w:t>הטיוטה שלי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 w:cs="Arial"/>
        <w:b w:val="0"/>
        <w:color w:val="6B5E6E"/>
        <w:sz w:val="18"/>
        <w:rtl w:val="1"/>
        <w:szCs w:val="18"/>
      </w:rPr>
      <w:t>יצרה: רוית ראש בן ישי · מדריכי AI למורה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