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center"/>
      </w:pPr>
      <w:r>
        <w:rPr>
          <w:rFonts w:ascii="Arial" w:hAnsi="Arial" w:cs="Arial"/>
          <w:b/>
          <w:color w:val="C55233"/>
          <w:sz w:val="40"/>
          <w:rtl w:val="1"/>
          <w:bCs/>
          <w:szCs w:val="40"/>
        </w:rPr>
        <w:t>סטוריבורד לסרטון מונפש – תבנית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6B5E6E"/>
          <w:sz w:val="20"/>
          <w:rtl w:val="1"/>
          <w:szCs w:val="20"/>
        </w:rPr>
        <w:t>מדריך 1 · ממלאים לפני שפותחים את הצ'אט. סרטון של דקה = 6 סצנות ורעיון אחד.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נושא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  <w:tr>
        <w:trPr>
          <w:trHeight w:val="567"/>
          <w:trHeight w:val="567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מטרה – מה ידעו / ירגישו התלמידים בסוף?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  <w:tr>
        <w:trPr>
          <w:trHeight w:val="567"/>
          <w:trHeight w:val="567"/>
        </w:trPr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  <w:t>קהל (כיתה)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2"/>
                <w:rtl w:val="1"/>
                <w:szCs w:val="22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סצנה</w:t>
            </w:r>
          </w:p>
        </w:tc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מה רואים (ציור / תיאור)</w:t>
            </w:r>
          </w:p>
        </w:tc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טקסט על המסך (עד 7 מילים)</w:t>
            </w:r>
          </w:p>
        </w:tc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קריינות / צליל</w:t>
            </w:r>
          </w:p>
        </w:tc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שניות</w:t>
            </w:r>
          </w:p>
        </w:tc>
      </w:tr>
      <w:tr>
        <w:trPr>
          <w:trHeight w:val="1304"/>
          <w:trHeight w:val="1304"/>
          <w:trHeight w:val="1304"/>
          <w:trHeight w:val="1304"/>
          <w:trHeight w:val="1304"/>
        </w:trP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</w:tr>
      <w:tr>
        <w:trPr>
          <w:trHeight w:val="1304"/>
          <w:trHeight w:val="1304"/>
          <w:trHeight w:val="1304"/>
          <w:trHeight w:val="1304"/>
          <w:trHeight w:val="1304"/>
        </w:trP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</w:tr>
      <w:tr>
        <w:trPr>
          <w:trHeight w:val="1304"/>
          <w:trHeight w:val="1304"/>
          <w:trHeight w:val="1304"/>
          <w:trHeight w:val="1304"/>
          <w:trHeight w:val="1304"/>
        </w:trP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</w:tr>
      <w:tr>
        <w:trPr>
          <w:trHeight w:val="1304"/>
          <w:trHeight w:val="1304"/>
          <w:trHeight w:val="1304"/>
          <w:trHeight w:val="1304"/>
          <w:trHeight w:val="1304"/>
        </w:trP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</w:tr>
      <w:tr>
        <w:trPr>
          <w:trHeight w:val="1304"/>
          <w:trHeight w:val="1304"/>
          <w:trHeight w:val="1304"/>
          <w:trHeight w:val="1304"/>
          <w:trHeight w:val="1304"/>
        </w:trP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5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</w:tr>
      <w:tr>
        <w:trPr>
          <w:trHeight w:val="1304"/>
          <w:trHeight w:val="1304"/>
          <w:trHeight w:val="1304"/>
          <w:trHeight w:val="1304"/>
          <w:trHeight w:val="1304"/>
        </w:trP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6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120"/>
        <w:jc w:val="right"/>
        <w:pBdr>
          <w:top w:val="single" w:sz="8" w:space="6" w:color="C55233"/>
          <w:left w:val="single" w:sz="8" w:space="6" w:color="C55233"/>
          <w:bottom w:val="single" w:sz="8" w:space="6" w:color="C55233"/>
          <w:right w:val="single" w:sz="8" w:space="6" w:color="C55233"/>
        </w:pBdr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שאלת סיום לדיון בכיתה: ________________________________________________</w:t>
      </w:r>
    </w:p>
    <w:p>
      <w:r>
        <w:br w:type="page"/>
      </w:r>
    </w:p>
    <w:p>
      <w:pPr>
        <w:bidi w:val="1"/>
        <w:spacing w:after="80"/>
        <w:jc w:val="center"/>
      </w:pPr>
      <w:r>
        <w:rPr>
          <w:rFonts w:ascii="Arial" w:hAnsi="Arial" w:cs="Arial"/>
          <w:b/>
          <w:color w:val="C55233"/>
          <w:sz w:val="40"/>
          <w:rtl w:val="1"/>
          <w:bCs/>
          <w:szCs w:val="40"/>
        </w:rPr>
        <w:t>דוגמה מלאה: „המזוודה של סבתא“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6B5E6E"/>
          <w:sz w:val="20"/>
          <w:rtl w:val="1"/>
          <w:szCs w:val="20"/>
        </w:rPr>
        <w:t>סיפור דיגיטלי לשבוע העלייה ולשיעור חוסן · כ-62 שניות · ז׳–ט׳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סצנה</w:t>
            </w:r>
          </w:p>
        </w:tc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מה רואים (ציור / תיאור)</w:t>
            </w:r>
          </w:p>
        </w:tc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טקסט על המסך (עד 7 מילים)</w:t>
            </w:r>
          </w:p>
        </w:tc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קריינות / צליל</w:t>
            </w:r>
          </w:p>
        </w:tc>
        <w:tc>
          <w:tcPr>
            <w:tcW w:type="dxa" w:w="1973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שניות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עליית גג חשוכה, מזוודה ישנה מכוסה אבק, קרן אור עליה.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מה מסתתר במזוודה?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בעליית הגג של סבתא מצאתי מזוודה ישנה. היא הייתה כבדה – כבדה מזיכרונות.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8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ספינה מאוירת בים, שקיעה כתומה, חוף באופק.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לפני הרבה שנים: ארץ חדשה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סבתא הייתה בת שתים עשרה כשעלתה לארץ. כל מה שהיה לה נכנס במזוודה אחת.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10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המזוודה נפתחת: תמונה של בית ישן ומפתח גדול.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תמונה אחת ומפתח אחד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בתוך המזוודה – תמונה של הבית הישן, ומפתח שכבר לא פותח שום דלת.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10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מחברת קטנה נפתחת, עיפרון כותב מילה אחת.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המילה הראשונה: חבר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סבתא למדה עברית ממחברת קטנה. המילה הראשונה שכתבה הייתה „חבר“.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12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5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דמויות פשוטות מצורות מושיטות יד זו לזו; לבבות קטנים.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כל התחלה קשה – וגם אפשרית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היה לה קשה. אבל היו גם אנשים שעזרו: שכנה, מורה וחברה מהכיתה.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12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6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המזוודה נסגרת; סימן שאלה גדול מופיע.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ומה יש במזוודה שלכם?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איזה חפץ אצלכם בבית מספר סיפור? ספרו לנו.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10</w:t>
            </w:r>
          </w:p>
        </w:tc>
      </w:tr>
    </w:tbl>
    <w:p/>
    <w:p>
      <w:pPr>
        <w:bidi w:val="1"/>
        <w:spacing w:after="120"/>
        <w:jc w:val="right"/>
      </w:pPr>
      <w:r>
        <w:rPr>
          <w:rFonts w:ascii="Arial" w:hAnsi="Arial" w:cs="Arial"/>
          <w:b/>
          <w:color w:val="C55233"/>
          <w:sz w:val="30"/>
          <w:rtl w:val="1"/>
          <w:bCs/>
          <w:szCs w:val="30"/>
        </w:rPr>
        <w:t>אחרי הצפייה – לכיתה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1. מה היה במזוודה, ולמה כל חפץ חשוב?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2. מי עזר לסבתא? איך אנחנו יכולים לעזור לתלמיד/ה חדש/ה?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2B2235"/>
          <w:sz w:val="24"/>
          <w:rtl w:val="1"/>
          <w:szCs w:val="24"/>
        </w:rPr>
        <w:t>3. משימה: צלמו או ציירו חפץ מהבית וכתבו 3 משפטים – „החפץ מספר“.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C55233"/>
          <w:sz w:val="30"/>
          <w:rtl w:val="1"/>
          <w:bCs/>
          <w:szCs w:val="30"/>
        </w:rPr>
        <w:t>12 רעיונות לפתיחי שיעור בסרטון מונפש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תחום</w:t>
            </w:r>
          </w:p>
        </w:tc>
        <w:tc>
          <w:tcPr>
            <w:tcW w:type="dxa" w:w="3289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רעיון</w:t>
            </w:r>
          </w:p>
        </w:tc>
        <w:tc>
          <w:tcPr>
            <w:tcW w:type="dxa" w:w="3289"/>
            <w:shd w:val="clear" w:color="auto" w:fill="FDE7D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2B2235"/>
                <w:sz w:val="21"/>
                <w:rtl w:val="1"/>
                <w:bCs/>
                <w:szCs w:val="21"/>
              </w:rPr>
              <w:t>מה קורה בסרטון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„השורש שאיבד את המשפחה“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שורש מחפש את המילים שנגזרו ממנו – פתיח למשפחות מילים.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„מילות הקישור מגיעות להציל“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משפטים קטועים מתחברים כשמילת קישור נכנסת לסצנה.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„שם התואר שהתבלבל“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שם תואר מגיע לא מותאם (ילדה גבוה) ומתקן את עצמו.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לשון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„מרוץ סימני הפיסוק“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נקודה, פסיק וסימן שאלה מתחרים – מי עוצר את המשפט?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עולים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„המדריך לבית הספר החדש“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סצנה לכל מקום: כיתה, הפסקה, מזכירות – עם מילה אחת לכל סצנה.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עולים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„מזוודה של מילים“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בכל סצנה יוצאת מהמזוודה מילה חדשה ושימושית.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עולים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„בוקר טוב בעברית“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שגרת בוקר בעברית פשוטה: קם, אוכל, הולך לבית הספר.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חוסן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„הצעד הראשון“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דמות מפחדת להיכנס לבריכה ונכנסת צעד אחר צעד.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חוסן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„רגשות בצבעים“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כל רגש מקבל צבע וצורה – ושאלה בסוף: מה הצבע שלי היום?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חוסן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„מעגל התמיכה שלי“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עיגולים מתרחבים: אני, משפחה, חברים, צוות בית הספר.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גיאוגרפיה ז׳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„למה יש יום ולילה?“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כדור הארץ מסתובב והשמש מאירה כל פעם צד אחר.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גיאוגרפיה ז׳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„המסע של החולצה“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color w:val="2B2235"/>
                <w:sz w:val="21"/>
                <w:rtl w:val="1"/>
                <w:szCs w:val="21"/>
              </w:rPr>
              <w:t>כותנה, מפעל, ספינה, חנות – שרשרת אספקה גלובלית.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rial" w:hAnsi="Arial" w:cs="Arial"/>
        <w:b w:val="0"/>
        <w:color w:val="6B5E6E"/>
        <w:sz w:val="18"/>
        <w:rtl w:val="1"/>
        <w:szCs w:val="18"/>
      </w:rPr>
      <w:t>יצרה: רוית ראש בן ישי · מדריכי AI למורה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